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Happy Tail Doodles</w:t>
      </w:r>
    </w:p>
    <w:p>
      <w:pPr>
        <w:jc w:val="center"/>
      </w:pPr>
      <w:r>
        <w:rPr>
          <w:b/>
          <w:sz w:val="32"/>
        </w:rPr>
        <w:t>Companion Puppy Neuter Agreement</w:t>
        <w:br/>
      </w:r>
    </w:p>
    <w:p>
      <w:r>
        <w:t>Phone: (916) 769-1094</w:t>
      </w:r>
    </w:p>
    <w:p>
      <w:r>
        <w:t>Website: happytaildoodlesusa.com</w:t>
      </w:r>
    </w:p>
    <w:p/>
    <w:p>
      <w:r>
        <w:t>This Neuter Agreement ("Agreement") is entered into on __________________ between Happy Tail Doodles ("Breeder") and the Buyer identified below.</w:t>
      </w:r>
    </w:p>
    <w:p>
      <w:r>
        <w:t>Buyer(s): ________________________________</w:t>
      </w:r>
    </w:p>
    <w:p>
      <w:r>
        <w:t>Address: _________________________________</w:t>
      </w:r>
    </w:p>
    <w:p>
      <w:r>
        <w:t>Phone: _______________ Email: __________________</w:t>
      </w:r>
    </w:p>
    <w:p/>
    <w:p>
      <w:r>
        <w:t>Puppy Name: _____________________________</w:t>
      </w:r>
    </w:p>
    <w:p>
      <w:r>
        <w:t>Breed: Goldendoodle</w:t>
      </w:r>
    </w:p>
    <w:p>
      <w:r>
        <w:t>Date of Birth: __________________________</w:t>
      </w:r>
    </w:p>
    <w:p>
      <w:r>
        <w:t>Sex: Male ☐   Female ☐</w:t>
      </w:r>
    </w:p>
    <w:p>
      <w:r>
        <w:t>Purchase Date: __________________________</w:t>
      </w:r>
    </w:p>
    <w:p>
      <w:pPr>
        <w:pStyle w:val="Heading2"/>
      </w:pPr>
      <w:r>
        <w:t>Companion Pet Agreement</w:t>
      </w:r>
    </w:p>
    <w:p>
      <w:r>
        <w:t>1. This puppy is sold strictly as a companion pet and not for breeding.</w:t>
      </w:r>
    </w:p>
    <w:p>
      <w:r>
        <w:t>2. The Buyer agrees to have the puppy spayed or neutered between 12 and 18 months of age, or as recommended by the Buyer's licensed veterinarian.</w:t>
      </w:r>
    </w:p>
    <w:p>
      <w:r>
        <w:t>3. The Buyer agrees not to intentionally breed or allow this puppy to be bred.</w:t>
      </w:r>
    </w:p>
    <w:p>
      <w:r>
        <w:t>4. The Buyer agrees to provide Happy Tail Doodles with proof of the completed spay/neuter procedure within 30 days of surgery.</w:t>
      </w:r>
    </w:p>
    <w:p>
      <w:r>
        <w:t>5. The Buyer agrees to provide routine veterinary care, vaccinations, parasite prevention, proper nutrition, exercise, and grooming.</w:t>
      </w:r>
    </w:p>
    <w:p>
      <w:r>
        <w:t>6. If the Buyer is unable to keep the dog at any time, the Buyer agrees to contact Happy Tail Doodles before rehoming or surrendering the dog.</w:t>
      </w:r>
    </w:p>
    <w:p>
      <w:pPr>
        <w:pStyle w:val="Heading2"/>
      </w:pPr>
      <w:r>
        <w:t>Acknowledgment</w:t>
      </w:r>
    </w:p>
    <w:p>
      <w:r>
        <w:t>By signing below, both parties acknowledge that they have read and agree to the terms of this Agreement.</w:t>
      </w:r>
    </w:p>
    <w:p>
      <w:r>
        <w:br/>
        <w:t>Buyer Signature: ________________________   Date: __________</w:t>
      </w:r>
    </w:p>
    <w:p>
      <w:r>
        <w:t>Buyer Signature: ________________________   Date: __________</w:t>
      </w:r>
    </w:p>
    <w:p>
      <w:r>
        <w:t>Breeder (Happy Tail Doodles): ________________________   Date: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